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הקיצורים השימושיים ביותר לעבודה עם קבצים וטקסט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בקיצור ומה כל קיצור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קיצורים בדפדפן לקיצורים במעבד תמלילים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מהיר של קיצורים דרך משחק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קיצורים בסיסיים בקבצים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(העתקה)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(ביטול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(שמירה)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קיצורים בסיסיים בקבצים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Ctrl+O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Ctrl+F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מסמן את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לוחצים Ctrl+Y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קיצורים בסיסיים בקבצים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Ctrl+Z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 Ctrl+X (גזירה), ואחר כך Ctrl+V (הדבקה) במקום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לא לאבד את העבודה אם המחשב נכבה בפתאומיות או יש תקלה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עיצוב טקסט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Ctrl+U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Ctrl+E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עיצוב טקסט – השלמת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L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עיצוב 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בדפדפן הקיצור הזה מרענן את הדף, ולא מיישר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בדיוק, Ctrl+L הוא יישור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Ctrl+U הוא לקו תחתון, ואילו Ctrl+I הוא לטקסט נטוי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נכון, Ctrl+E ממרכז את הפסקה לאמצע השורה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בדפדפן יש לקיצור הזה שימוש אחר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חלונות ודפדפן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Alt+Tab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סוגר את החלון הנוכחי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Alt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Alt+F4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רשימת החלונות הפתוחים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חלונות ודפדפן – דפדפן מול מעבד תמלילים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צירוף מקשים עושה דברים שונים בתוכנות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בדפדפן Ctrl+L קופץ לשורת הכתובת, הוא לא מיישר 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הקיצור מחליף בין כל החלונות הפתוחים במחשב, לא משנה איזו תוכנה פתוחה.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Alt+F4 סוגר כל חלון פעיל שנמצא על המסך, לא רק Word.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לחיצה נוספת על Tab מעבירה לחלון הבא ברשימה.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חלונות ודפדפן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במעבד תמלילים מיישרים פסקה לימין, ובדפדפן אותו צירוף מרענן את הדף במקום ליישר 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כשכותבים עבודה במסמך ורוצים לבדוק מידע בדפדפן בלי לסגור את המסמך.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הקיצור סוגר את החלון מיד, ואם לא שמרו קודם עלולים לאבד את כל העבודה.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היכרות עם ניקוד במקלדת – הכרת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ללחוץ על Alt הימני (או Ctrl+Alt יחד), לא על השמאלי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קמץ מתחיל באות ק, ולכן הקיצור הוא Alt ימני + 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היכרות עם ניקוד במקלדת – תרגול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Alt ימני +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היכרות עם ניקוד במקלדת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(Alt ימני + 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(Alt ימני + 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(Alt ימני + 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(Alt ימני + 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היכרות עם ניקוד במקלדת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משחקים ותחרות קיצורים – התאמות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(Ctrl + C)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(Ctrl + X)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(Ctrl + V)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(Ctrl + 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(Win + 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משחקים ותחרות קיצורים – זיהוי בחידון ובמשחק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הפעולה שמתאימה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Win + 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לוחצים או אומרים ראשונים את הקיצור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משחקים ותחרות קיצורים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Win + 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קיצורים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עובר בין חלונות 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Win + 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ביטול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חיפוש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חשיבה על קיצורי 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Ctrl+S שומר את הקובץ.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קודם על האות, ואז על Alt ימני יחד עם אות הניקוד.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עובדים מהר יותר, וחוסכים זמן בעבודה על המחשב.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Ctrl+C, Ctrl+V, Ctrl+X בהתאמה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בדפדפן Ctrl+R מרענן את הדף, במעבד תמלילים הוא מיישר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Ctrl+B למודגש, Ctrl+I לנטוי, Ctrl+U לקו תחתון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 קצרים לפי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מומלץ להתמקד בפרק 1 ו-2 בלבד ולדלג על ניקוד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תרגול מעשי במחשב אחרי כל פרק, לפי אותם קיצורים שנלמדו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מומלץ לשחק תחרות קבוצתית קצרה שמשלבת את כל הקיצורים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את קיצורי המקלדת החשובים ביותר. בכל פרק יש הסברים קצרים ותרגילים – כתבו תשובות, התאימו קיצורים לפעולות, ונסו לזכור בעל פה לפני שאתם בודקים.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קיצורים בסיסיים בקבצים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העתקה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ביטול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קיצורים בסיסיים בקבצים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קיצור פותח קובץ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קיצור פותח קובץ ששמור כבר במחשב?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מחפש מילה בתוך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Ctrl+A?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מסמן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את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לחצתם Ctrl+Z בטעות ורוצים להחזיר את הפעולה שבוטלה. מה תעשו?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Ctrl+Z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לוחצים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לוחצים Ctrl+P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קיצורים בסיסיים בקבצים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איזה קיצור תשתמשו כדי לשמור מסמך חשוב לפני שסוגרים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טעיתם ומחקתם משפט בטעות. איזה קיצור יחזיר אתכם צעד אחורה?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רוצים להעביר תמונה ממקום אחד למקום אחר במסמך (לא להשאיר עותק במקום הישן). אילו שני קיצורים צריך, ובאיזה סדר?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כדאי ללחוץ על Ctrl+S הרבה פעמים תוך כדי 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עיצוב טקסט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קיצור הופך טקסט למודגש (עבה ובולט)?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קיצור הופך טקסט לנטוי (מוטה הצידה)?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מוסיף קו מתחת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קיצור ממרכז פסקה במעבד תמלילים?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עיצוב טקסט – השלמת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להדגיש טקסט ולהפוך אותו לעבה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לכתוב טקסט נטוי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ליישר פסקה לימין במעבד תמלילים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ליישר פסקה לשמאל במעבד תמלילים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עיצוב 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Ctrl+R מיישר את הטקסט לימין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Ctrl+L מיישר פסקה לשמאל במעבד תמלילים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לכתוב טקסט נטוי משתמשים ב-Ctrl+U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Ctrl+E משמש למירכוז 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Ctrl+L קופץ לשורת הכתובת ולא מיישר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חלונות ודפדפן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מעביר בין חלונות פתוחים?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Ctrl+Alt+Tab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Alt+F4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Alt+F4?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 חלון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את החלון הנוכחי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מעתיק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כדי לעבור בין חלונות, איזה מקש מחזיקים לחוץ?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להחזיק מקש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סוגר חלון פתוח?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Alt+F4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Win+.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בזמן החזקת Alt ולחיצה על Tab, מה רואים על המסך?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קבצים בתיקייה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החלונות הפתוחים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חלון הדפסה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חלונות ודפדפן – דפדפן מול מעבד תמלילים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Ctrl+R במעבד תמלילים מיישר לימין, אבל בדפדפן אותו קיצור מרענן את הדף.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Ctrl+L בדפדפן מיישר את הפסקה לשמאל, בדיוק כמו במעבד תמלילים.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Alt+Tab עובד בכל תוכנה, כי הוא קיצור של מערכת ההפעלה ולא של תוכנה מסוימת.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Alt+F4 סוגר רק קבצי Word, ולא חלונות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כמה פעמים על Tab בזמן שמחזיקים Alt, כדי לעבור בין כמה חלונות.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חלונות ודפדפן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יישור לימין במעבד תמלילים לבין אותו צירוף מקשים בדפדפן?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בשיעורי בית שבו כדאי להשתמש ב-Alt+Tab.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להיזהר שלא ללחוץ בטעות על Alt+F4 כשעובדים על מסמך חשוב?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היכרות עם ניקוד במקלדת – הכרת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לנקד במקלדת לוחצים על Alt השמאלי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לנקד קמץ לוחצים Alt ימני ביחד עם האות 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היכרות עם ניקוד במקלדת – תרגול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מקש צריך ללחוץ יחד עם האות כדי להוסיף 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שמאלי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Caps Lock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כדי לנקד פתח אילו מקשים לוחצים?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 + פ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היכרות עם ניקוד במקלדת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Alt ימני + 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Alt ימני +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Alt ימני + 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Alt ימני + 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היכרות עם ניקוד במקלדת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שמנקדים, צריך קודם להקליד את ה__________ ורק אחר כך את הניקוד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לנקד צריך פריסת מקלדת בשם עברית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משחקים ותחרות קיצורים – התאמות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Ctrl + 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Win + 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הדבקה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Ctrl + X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Ctrl + C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לוח אימוג׳ים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Ctrl + V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משחקים ותחרות קיצורים – זיהוי בחידון ובמשחק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ההתאמה, אחרי שלוחצים על קיצור לוחצים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הפעולה שמתאימה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מקש אחר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ממתינים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יש בחידון הקיצורים?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נתון לענות על כל החידון?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קיצור פותח לוח אימוג׳ים?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 + 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Win + 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+ 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+ Tab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במשחק ׳מי מהיר יותר׳ איך קבוצה מקבלת 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לוחצים או אומרים ראשונים את הקיצור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מגרילים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משחקים ותחרות קיצורים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לפתוח לוח אימוג׳ים לוחצים 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קיצורים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הופך טקסט למודגש?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 בין חלונות 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מבטל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קיצור פותח לוח אימוג׳ים?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Win + 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 + 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+ 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+ F4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כדי לנקד קָמָץ לוחצים על Alt ימני ועוד איזו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ביצוע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ביטול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הקיצור Ctrl+F בדפדפן ובמעבד תמלילים משמש בשני המקרים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חיפוש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חשיבה על קיצורי 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קיצור אחד שלמדתם, ומה הוא עושה.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איך מנקדים אות במקלדת (איזה מקש לוחצים ראשון).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שתי סיבות טובות ללמוד קיצורי מקלדת במקום להשתמש בעכבר כל הזמן.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להגיד מהו הקיצור להעתקה, הדבקה וגזירה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מהו ההבדל בין יישור לימין בדפדפן לבין במעבד תמלילים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לפחות שני קיצורים לעיצוב טקסט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