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קיצורי מקלדת – קיצור קטן, חיסכון גדול ⌨️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חוברת תרגול – קיצורי מקלדת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מהדורה למורה · חנ״מ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6"/>
          <w:rtl/>
          <w:szCs w:val="36"/>
          <w:bCs/>
        </w:rPr>
        <w:t>מהדורה למורה – מפתח תשובות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מטרות הדף: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להכיר את הקיצורים השימושיים ביותר לעבודה עם קבצים וטקסט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לדעת מתי להשתמש בקיצור ומה כל קיצור עושה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להבחין בין קיצורים בדפדפן לקיצורים במעבד תמלילים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לתרגל זיהוי מהיר של קיצורים דרך משחק והתאמה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744210"/>
          <w:sz w:val="22"/>
          <w:rtl/>
          <w:szCs w:val="22"/>
        </w:rPr>
        <w:t>גרסת חנ״מ – פחות פריטים, עד 3 אפשרויות בחירה, בנק מילים, גופן מוגדל ושורות כתיבה רחבות. מומלץ להקריא את ההוראות בקול ולעבוד חלק אחר חלק, בלי הגבלת זמן.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6"/>
          <w:rtl/>
          <w:szCs w:val="26"/>
          <w:bCs/>
        </w:rPr>
        <w:t>חלק א׳ – פרק 1 · קיצורים בסיסיים בקבצים – התאמה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 – ב (העתקה)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 – א (גזירה)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 – ד (הדבקה)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 – ג (ביטול פעולה)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6"/>
          <w:rtl/>
          <w:szCs w:val="26"/>
          <w:bCs/>
        </w:rPr>
        <w:t>חלק ב׳ – פרק 1 · קיצורים בסיסיים בקבצים – הבנה ויישום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א – Ctrl+N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ב – Ctrl+O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6"/>
          <w:rtl/>
          <w:szCs w:val="26"/>
          <w:bCs/>
        </w:rPr>
        <w:t>חלק ג׳ – פרק 1 · קיצורים בסיסיים בקבצים – חשיבה ויישום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Ctrl+S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6"/>
          <w:rtl/>
          <w:szCs w:val="26"/>
          <w:bCs/>
        </w:rPr>
        <w:t>חלק ד׳ – פרק 2 · עיצוב טקסט – היכרות עם הקיצורים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א – Ctrl+B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ב – Ctrl+I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ג – Ctrl+U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6"/>
          <w:rtl/>
          <w:szCs w:val="26"/>
          <w:bCs/>
        </w:rPr>
        <w:t>חלק ה׳ – פרק 2 · עיצוב טקסט – השלמת קיצורים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B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I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6"/>
          <w:rtl/>
          <w:szCs w:val="26"/>
          <w:bCs/>
        </w:rPr>
        <w:t>חלק ו׳ – פרק 2 · עיצוב טקסט – נכון או לא נכון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נכון – כך בדיוק, Ctrl+L הוא יישור לשמאל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נכון – נכון, Ctrl+E ממרכז את הפסקה לאמצע השורה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6"/>
          <w:rtl/>
          <w:szCs w:val="26"/>
          <w:bCs/>
        </w:rPr>
        <w:t>חלק ז׳ – פרק 3 · חלונות ודפדפן – היכרות עם הקיצורים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ב – Alt+Tab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ב – סוגר את החלון הנוכחי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ב – Alt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6"/>
          <w:rtl/>
          <w:szCs w:val="26"/>
          <w:bCs/>
        </w:rPr>
        <w:t>חלק ח׳ – פרק 3 · חלונות ודפדפן – דפדפן מול מעבד תמלילים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נכון – אותו צירוף מקשים עושה דברים שונים בתוכנות שונות.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נכון – הקיצור מחליף בין כל החלונות הפתוחים במחשב, לא משנה איזו תוכנה פתוחה.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6"/>
          <w:rtl/>
          <w:szCs w:val="26"/>
          <w:bCs/>
        </w:rPr>
        <w:t>חלק ט׳ – פרק 3 · חלונות ודפדפן – חושבים וכותבים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למשל כשכותבים עבודה במסמך ורוצים לבדוק מידע בדפדפן בלי לסגור את המסמך.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6"/>
          <w:rtl/>
          <w:szCs w:val="26"/>
          <w:bCs/>
        </w:rPr>
        <w:t>חלק י׳ – פרק 4 · היכרות עם ניקוד במקלדת – הכרת הרעיון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לא נכון – צריך ללחוץ על Alt הימני (או Ctrl+Alt יחד), לא על השמאלי לבד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נכון – קמץ מתחיל באות ק, ולכן הקיצור הוא Alt ימני + ק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6"/>
          <w:rtl/>
          <w:szCs w:val="26"/>
          <w:bCs/>
        </w:rPr>
        <w:t>חלק י״א – פרק 4 · היכרות עם ניקוד במקלדת – תרגול יישום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ב – Alt ימני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6"/>
          <w:rtl/>
          <w:szCs w:val="26"/>
          <w:bCs/>
        </w:rPr>
        <w:t>חלק י״ב – פרק 4 · היכרות עם ניקוד במקלדת – הבנה והתאמה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 – ב (Alt ימני + ק)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 – ד (Alt ימני + פ)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 – א (Alt ימני + צ)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 – ג (Alt ימני + ח)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6"/>
          <w:rtl/>
          <w:szCs w:val="26"/>
          <w:bCs/>
        </w:rPr>
        <w:t>חלק י״ג – פרק 4 · היכרות עם ניקוד במקלדת – השלמה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אות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תקנית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6"/>
          <w:rtl/>
          <w:szCs w:val="26"/>
          <w:bCs/>
        </w:rPr>
        <w:t>חלק י״ד – פרק 5 · משחקים ותחרות קיצורים – התאמות בסיסיות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 – ג (Ctrl + C)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 – ד (Ctrl + X)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 – א (Ctrl + V)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 – ב (Ctrl + S)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6"/>
          <w:rtl/>
          <w:szCs w:val="26"/>
          <w:bCs/>
        </w:rPr>
        <w:t>חלק ט״ו – פרק 5 · משחקים ותחרות קיצורים – זיהוי בחידון ובמשחק ההתאמה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ב – הפעולה שמתאימה לו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ב – 10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ב – 90 שניות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6"/>
          <w:rtl/>
          <w:szCs w:val="26"/>
          <w:bCs/>
        </w:rPr>
        <w:t>חלק ט״ז – פרק 5 · משחקים ותחרות קיצורים – יישום וחשיבה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6"/>
          <w:rtl/>
          <w:szCs w:val="26"/>
          <w:bCs/>
        </w:rPr>
        <w:t>חלק י״ז – חזרה מסכמת – קיצורים מכל הפרקים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א – העתקה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ב – שמירה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ג – Ctrl+B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ב – עובר בין חלונות פתוחים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6"/>
          <w:rtl/>
          <w:szCs w:val="26"/>
          <w:bCs/>
        </w:rPr>
        <w:t>חלק י״ח – חזרה מסכמת – חשיבה על קיצורי מקלדת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למשל: Ctrl+S שומר את הקובץ.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6"/>
          <w:rtl/>
          <w:szCs w:val="26"/>
          <w:bCs/>
        </w:rPr>
        <w:t>כרטיס יציאה – מה לחפש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תשובה נכונה: Ctrl+C, Ctrl+V, Ctrl+X בהתאמה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תשובה נכונה: בדפדפן Ctrl+R מרענן את הדף, במעבד תמלילים הוא מיישר לימין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תשובות אפשריות: Ctrl+B למודגש, Ctrl+I לנטוי, Ctrl+U לקו תחתון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טיפים להפעלה: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אפשר לחלק את החוברת לשלושה-ארבעה מפגשים קצרים לפי הפרקים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לתלמידים צעירים יותר מומלץ להתמקד בפרק 1 ו-2 בלבד ולדלג על ניקוד במקלדת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אפשר לשלב תרגול מעשי במחשב אחרי כל פרק, לפי אותם קיצורים שנלמדו בכתב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לסיום החוברת מומלץ לשחק תחרות קבוצתית קצרה שמשלבת את כל הקיצורים שנלמדו</w:t>
      </w:r>
    </w:p>
    <w:p>
      <w:r>
        <w:br w:type="page"/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קיצורי מקלדת – קיצור קטן, חיסכון גדול ⌨️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חוברת תרגול – קיצורי מקלדת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דף התלמיד/ה · חנ״מ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C1361"/>
          <w:sz w:val="28"/>
          <w:rtl/>
          <w:szCs w:val="28"/>
          <w:bCs/>
        </w:rPr>
        <w:t>דף התלמיד/ה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שם: ____________________   כיתה: ________   תאריך: ____________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2C5282"/>
          <w:sz w:val="32"/>
          <w:rtl/>
          <w:szCs w:val="32"/>
        </w:rPr>
        <w:t>בחוברת הזו תתרגלו את קיצורי המקלדת החשובים ביותר. בכל פרק יש הסברים קצרים ותרגילים – כתבו תשובות, התאימו קיצורים לפעולות, ונסו לזכור בעל פה לפני שאתם בודקים.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2"/>
          <w:rtl/>
          <w:szCs w:val="32"/>
          <w:bCs/>
        </w:rPr>
        <w:t>🧺 בנק מילים: I  ·  B  ·  אות  ·  תקנית</w:t>
      </w: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36"/>
          <w:rtl/>
          <w:szCs w:val="36"/>
          <w:bCs/>
        </w:rPr>
        <w:t>1  חלק א׳ – פרק 1 · קיצורים בסיסיים בקבצים – התאמה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התאימו: כתבו ליד כל מספר את האות המתאימה מהעמודה השמאלית.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3289"/>
        <w:gridCol w:w="3289"/>
        <w:gridCol w:w="3289"/>
      </w:tblGrid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1. Ctrl+C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א. גזירה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2. Ctrl+X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ב. העתקה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3. Ctrl+V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ג. ביטול פעולה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4. Ctrl+Z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ד. הדבקה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36"/>
          <w:rtl/>
          <w:szCs w:val="36"/>
          <w:bCs/>
        </w:rPr>
        <w:t>2  חלק ב׳ – פרק 1 · קיצורים בסיסיים בקבצים – הבנה ויישום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1. איזה קיצור פותח קובץ חדש?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א. Ctrl+N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ב. Ctrl+O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ג. Ctrl+P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2. איזה קיצור פותח קובץ ששמור כבר במחשב?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א. Ctrl+S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ב. Ctrl+O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ג. Ctrl+A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36"/>
          <w:rtl/>
          <w:szCs w:val="36"/>
          <w:bCs/>
        </w:rPr>
        <w:t>3  חלק ג׳ – פרק 1 · קיצורים בסיסיים בקבצים – חשיבה ויישום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ענו בקצרה.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1. כתבו איזה קיצור תשתמשו כדי לשמור מסמך חשוב לפני שסוגרים אותו.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36"/>
          <w:rtl/>
          <w:szCs w:val="36"/>
          <w:bCs/>
        </w:rPr>
        <w:t>4  חלק ד׳ – פרק 2 · עיצוב טקסט – היכרות עם הקיצורים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1. איזה קיצור הופך טקסט למודגש (עבה ובולט)?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א. Ctrl+B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ב. Ctrl+I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ג. Ctrl+U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2. איזה קיצור הופך טקסט לנטוי (מוטה הצידה)?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א. Ctrl+U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ב. Ctrl+I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ג. Ctrl+B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3. איזה קיצור מוסיף קו מתחת לטקסט?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א. Ctrl+L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ב. Ctrl+E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ג. Ctrl+U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36"/>
          <w:rtl/>
          <w:szCs w:val="36"/>
          <w:bCs/>
        </w:rPr>
        <w:t>5  חלק ה׳ – פרק 2 · עיצוב טקסט – השלמת קיצורים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השלימו את המילה החסרה.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>1. כדי להדגיש טקסט ולהפוך אותו לעבה לוחצים Ctrl+__________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>2. כדי לכתוב טקסט נטוי לוחצים Ctrl+__________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36"/>
          <w:rtl/>
          <w:szCs w:val="36"/>
          <w:bCs/>
        </w:rPr>
        <w:t>6  חלק ו׳ – פרק 2 · עיצוב טקסט – נכון או לא נכון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סמנו ✔ נכון או ✘ לא נכון.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56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#</w:t>
            </w:r>
          </w:p>
        </w:tc>
        <w:tc>
          <w:tcPr>
            <w:tcW w:type="dxa" w:w="6463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משפט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נכון ✔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לא נכון ✘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1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הקיצור Ctrl+L מיישר פסקה לשמאל במעבד תמלילים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2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הקיצור Ctrl+E משמש למירכוז פסקה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36"/>
          <w:rtl/>
          <w:szCs w:val="36"/>
          <w:bCs/>
        </w:rPr>
        <w:t>7  חלק ז׳ – פרק 3 · חלונות ודפדפן – היכרות עם הקיצורים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1. איזה צירוף מעביר בין חלונות פתוחים?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א. Ctrl+Tab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ב. Alt+Tab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ג. Ctrl+Alt+Tab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2. מה עושה הקיצור Alt+F4?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א. פותח חלון חדש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ב. סוגר את החלון הנוכחי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ג. שומר קובץ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3. כדי לעבור בין חלונות, איזה מקש מחזיקים לחוץ?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א. Ctrl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ב. Alt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ג. Shift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36"/>
          <w:rtl/>
          <w:szCs w:val="36"/>
          <w:bCs/>
        </w:rPr>
        <w:t>8  חלק ח׳ – פרק 3 · חלונות ודפדפן – דפדפן מול מעבד תמלילים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סמנו ✔ נכון או ✘ לא נכון.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56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#</w:t>
            </w:r>
          </w:p>
        </w:tc>
        <w:tc>
          <w:tcPr>
            <w:tcW w:type="dxa" w:w="6463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משפט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נכון ✔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לא נכון ✘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1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Ctrl+R במעבד תמלילים מיישר לימין, אבל בדפדפן אותו קיצור מרענן את הדף.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2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Alt+Tab עובד בכל תוכנה, כי הוא קיצור של מערכת ההפעלה ולא של תוכנה מסוימת.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36"/>
          <w:rtl/>
          <w:szCs w:val="36"/>
          <w:bCs/>
        </w:rPr>
        <w:t>9  חלק ט׳ – פרק 3 · חלונות ודפדפן – חושבים וכותבים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ענו בקצרה.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1. תארו מצב בשיעורי בית שבו כדאי להשתמש ב-Alt+Tab.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36"/>
          <w:rtl/>
          <w:szCs w:val="36"/>
          <w:bCs/>
        </w:rPr>
        <w:t>10  חלק י׳ – פרק 4 · היכרות עם ניקוד במקלדת – הכרת הרעיון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סמנו ✔ נכון או ✘ לא נכון.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56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#</w:t>
            </w:r>
          </w:p>
        </w:tc>
        <w:tc>
          <w:tcPr>
            <w:tcW w:type="dxa" w:w="6463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משפט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נכון ✔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לא נכון ✘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1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כדי לנקד במקלדת לוחצים על Alt השמאלי לבד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2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כדי לנקד קמץ לוחצים Alt ימני ביחד עם האות ק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36"/>
          <w:rtl/>
          <w:szCs w:val="36"/>
          <w:bCs/>
        </w:rPr>
        <w:t>11  חלק י״א – פרק 4 · היכרות עם ניקוד במקלדת – תרגול יישום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1. איזה מקש צריך ללחוץ יחד עם האות כדי להוסיף ניקוד?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א. Alt שמאלי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ב. Alt ימני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ג. Shift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36"/>
          <w:rtl/>
          <w:szCs w:val="36"/>
          <w:bCs/>
        </w:rPr>
        <w:t>12  חלק י״ב – פרק 4 · היכרות עם ניקוד במקלדת – הבנה והתאמה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התאימו: כתבו ליד כל מספר את האות המתאימה מהעמודה השמאלית.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3289"/>
        <w:gridCol w:w="3289"/>
        <w:gridCol w:w="3289"/>
      </w:tblGrid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1. קמץ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א. Alt ימני + צ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2. פתח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ב. Alt ימני + ק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3. צירי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ג. Alt ימני + ח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4. חיריק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ד. Alt ימני + פ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36"/>
          <w:rtl/>
          <w:szCs w:val="36"/>
          <w:bCs/>
        </w:rPr>
        <w:t>13  חלק י״ג – פרק 4 · היכרות עם ניקוד במקלדת – השלמה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השלימו את המילה החסרה.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>1. לפני שמנקדים, צריך קודם להקליד את ה__________ ורק אחר כך את הניקוד שלה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>2. כדי לנקד צריך פריסת מקלדת בשם עברית 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36"/>
          <w:rtl/>
          <w:szCs w:val="36"/>
          <w:bCs/>
        </w:rPr>
        <w:t>14  חלק י״ד – פרק 5 · משחקים ותחרות קיצורים – התאמות בסיסיות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התאימו: כתבו ליד כל מספר את האות המתאימה מהעמודה השמאלית.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3289"/>
        <w:gridCol w:w="3289"/>
        <w:gridCol w:w="3289"/>
      </w:tblGrid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1. העתקה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א. Ctrl + V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2. גזירה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ב. Ctrl + S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3. הדבקה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ג. Ctrl + C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4. שמירה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ד. Ctrl + X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36"/>
          <w:rtl/>
          <w:szCs w:val="36"/>
          <w:bCs/>
        </w:rPr>
        <w:t>15  חלק ט״ו – פרק 5 · משחקים ותחרות קיצורים – זיהוי בחידון ובמשחק ההתאמה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1. במשחק ההתאמה, אחרי שלוחצים על קיצור לוחצים על...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א. תמונה אקראית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ב. הפעולה שמתאימה לו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ג. מקש אחר במקלדת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2. כמה שאלות יש בחידון הקיצורים?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א. 5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ב. 10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ג. 15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3. כמה זמן נתון לענות על כל החידון?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א. 60 שניות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ב. 90 שניות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ג. 120 שניות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36"/>
          <w:rtl/>
          <w:szCs w:val="36"/>
          <w:bCs/>
        </w:rPr>
        <w:t>16  חלק ט״ז – פרק 5 · משחקים ותחרות קיצורים – יישום וחשיבה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השלימו את המילה החסרה.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36"/>
          <w:rtl/>
          <w:szCs w:val="36"/>
          <w:bCs/>
        </w:rPr>
        <w:t>17  חלק י״ז – חזרה מסכמת – קיצורים מכל הפרקים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1. מה עושה הקיצור Ctrl+C?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א. העתקה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ב. הדבקה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ג. גזירה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2. מה עושה הקיצור Ctrl+S?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א. פתיחת קובץ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ב. שמירה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ג. הדפסה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3. איזה קיצור הופך טקסט למודגש?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א. Ctrl+I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ב. Ctrl+U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ג. Ctrl+B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4. מה עושה הקיצור Alt+Tab?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א. סוגר חלון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ב. עובר בין חלונות פתוחים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ג. פותח קובץ חדש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36"/>
          <w:rtl/>
          <w:szCs w:val="36"/>
          <w:bCs/>
        </w:rPr>
        <w:t>18  חלק י״ח – חזרה מסכמת – חשיבה על קיצורי מקלדת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כתבו תשובה מלאה במשפטים שלמים.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1. כתבו קיצור אחד שלמדתם, ומה הוא עושה.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B7791F"/>
          <w:sz w:val="36"/>
          <w:rtl/>
          <w:szCs w:val="36"/>
          <w:bCs/>
        </w:rPr>
        <w:t>🎟️ כרטיס יציאה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dashed" w:sz="6" w:color="999999"/>
          <w:left w:val="dashed" w:sz="6" w:color="999999"/>
          <w:bottom w:val="dashed" w:sz="6" w:color="999999"/>
          <w:right w:val="dashed" w:sz="6" w:color="999999"/>
          <w:insideH w:val="dashed" w:sz="6" w:color="999999"/>
          <w:insideV w:val="dashed" w:sz="6" w:color="999999"/>
        </w:tblBorders>
      </w:tblPr>
      <w:tblGrid>
        <w:gridCol w:w="9866"/>
      </w:tblGrid>
      <w:tr>
        <w:tc>
          <w:tcPr>
            <w:tcW w:type="dxa" w:w="9865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אני יודע/ת להגיד מהו הקיצור להעתקה, הדבקה וגזירה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32"/>
                <w:rtl/>
                <w:szCs w:val="32"/>
              </w:rPr>
              <w:t>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32"/>
                <w:rtl/>
                <w:szCs w:val="32"/>
              </w:rPr>
              <w:t>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אני יודע/ת מהו ההבדל בין יישור לימין בדפדפן לבין במעבד תמלילים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32"/>
                <w:rtl/>
                <w:szCs w:val="32"/>
              </w:rPr>
              <w:t>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32"/>
                <w:rtl/>
                <w:szCs w:val="32"/>
              </w:rPr>
              <w:t>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איך הרגשתי בשיעור?  😀  🙂  😐  🙁</w:t>
            </w:r>
          </w:p>
        </w:tc>
      </w:tr>
    </w:tbl>
    <w:sectPr w:rsidR="00FC693F" w:rsidRPr="0006063C" w:rsidSect="00034616">
      <w:footerReference w:type="default" r:id="rId9"/>
      <w:pgSz w:w="11906" w:h="16838"/>
      <w:pgMar w:top="850" w:right="1020" w:bottom="850" w:left="1020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bidi/>
      <w:pStyle w:val="Footer"/>
      <w:jc w:val="center"/>
    </w:pPr>
    <w:r>
      <w:drawing>
        <wp:inline xmlns:a="http://schemas.openxmlformats.org/drawingml/2006/main" xmlns:pic="http://schemas.openxmlformats.org/drawingml/2006/picture">
          <wp:extent cx="180000" cy="18000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80000" cy="180000"/>
                  </a:xfrm>
                  <a:prstGeom prst="rect"/>
                </pic:spPr>
              </pic:pic>
            </a:graphicData>
          </a:graphic>
        </wp:inline>
      </w:drawing>
    </w:r>
    <w:r>
      <w:rPr>
        <w:rFonts w:ascii="Arial" w:hAnsi="Arial" w:cs="Arial" w:eastAsia="Arial"/>
        <w:lang w:val="he-IL" w:bidi="he-IL"/>
        <w:color w:val="555555"/>
        <w:sz w:val="18"/>
        <w:rtl/>
        <w:szCs w:val="18"/>
      </w:rPr>
      <w:t xml:space="preserve">  יצרה: רוית ראש בן ישי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 w:eastAsia="Arial"/>
      <w:sz w:val="32"/>
      <w:lang w:val="he-IL" w:bidi="he-I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 w:cs="Arial" w:eastAsia="Arial"/>
      <w:b/>
      <w:bCs/>
      <w:color w:val="365F91" w:themeColor="accent1" w:themeShade="BF"/>
      <w:sz w:val="28"/>
      <w:szCs w:val="28"/>
      <w:lang w:val="he-IL" w:bidi="he-IL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sz w:val="26"/>
      <w:szCs w:val="26"/>
      <w:lang w:val="he-IL" w:bidi="he-IL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lang w:val="he-IL" w:bidi="he-I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חוברת תרגול – קיצורי מקלדת</dc:title>
  <dc:subject/>
  <dc:creator>רוית ראש בן ישי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